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0F990" w14:textId="77777777" w:rsidR="00E9197A" w:rsidRPr="00BC7B60" w:rsidRDefault="00000000" w:rsidP="00BC7B60">
      <w:pPr>
        <w:pStyle w:val="Ttulo"/>
        <w:jc w:val="both"/>
        <w:rPr>
          <w:lang w:val="pt-PT"/>
        </w:rPr>
      </w:pPr>
      <w:r w:rsidRPr="00BC7B60">
        <w:rPr>
          <w:lang w:val="pt-PT"/>
        </w:rPr>
        <w:t>Atividade 13 – Itinerário turístico e sugestões culturais</w:t>
      </w:r>
    </w:p>
    <w:p w14:paraId="5606AE9D" w14:textId="77777777" w:rsidR="00BC7B60" w:rsidRDefault="00000000" w:rsidP="00BC7B60">
      <w:pPr>
        <w:spacing w:line="240" w:lineRule="auto"/>
        <w:jc w:val="both"/>
        <w:rPr>
          <w:lang w:val="pt-PT"/>
        </w:rPr>
      </w:pPr>
      <w:r w:rsidRPr="00BC7B60">
        <w:rPr>
          <w:lang w:val="pt-PT"/>
        </w:rPr>
        <w:br/>
        <w:t>Módulo: 4 – Informação turística da região</w:t>
      </w:r>
    </w:p>
    <w:p w14:paraId="1B3137A6" w14:textId="39941A54" w:rsidR="00BC7B60" w:rsidRDefault="00000000" w:rsidP="00BC7B60">
      <w:pPr>
        <w:spacing w:line="240" w:lineRule="auto"/>
        <w:jc w:val="both"/>
        <w:rPr>
          <w:lang w:val="pt-PT"/>
        </w:rPr>
      </w:pPr>
      <w:r w:rsidRPr="00BC7B60">
        <w:rPr>
          <w:lang w:val="pt-PT"/>
        </w:rPr>
        <w:t xml:space="preserve">Duração estimada: </w:t>
      </w:r>
      <w:r w:rsidR="00845801">
        <w:rPr>
          <w:lang w:val="pt-PT"/>
        </w:rPr>
        <w:t>2</w:t>
      </w:r>
      <w:r w:rsidRPr="00BC7B60">
        <w:rPr>
          <w:lang w:val="pt-PT"/>
        </w:rPr>
        <w:t>0 minutos</w:t>
      </w:r>
    </w:p>
    <w:p w14:paraId="3C8D9353" w14:textId="77777777" w:rsidR="00BC7B60" w:rsidRDefault="00000000" w:rsidP="00BC7B60">
      <w:pPr>
        <w:spacing w:line="240" w:lineRule="auto"/>
        <w:jc w:val="both"/>
        <w:rPr>
          <w:lang w:val="pt-PT"/>
        </w:rPr>
      </w:pPr>
      <w:r w:rsidRPr="00BC7B60">
        <w:rPr>
          <w:lang w:val="pt-PT"/>
        </w:rPr>
        <w:t>Modalidade: Assíncrona</w:t>
      </w:r>
    </w:p>
    <w:p w14:paraId="56B2B6DE" w14:textId="1B96DBE0" w:rsidR="00E9197A" w:rsidRPr="00BC7B60" w:rsidRDefault="00000000" w:rsidP="00BC7B60">
      <w:pPr>
        <w:spacing w:line="240" w:lineRule="auto"/>
        <w:jc w:val="both"/>
        <w:rPr>
          <w:lang w:val="pt-PT"/>
        </w:rPr>
      </w:pPr>
      <w:r w:rsidRPr="00BC7B60">
        <w:rPr>
          <w:lang w:val="pt-PT"/>
        </w:rPr>
        <w:t>Nível: A2–B1</w:t>
      </w:r>
    </w:p>
    <w:p w14:paraId="6C751C9C" w14:textId="618F4738" w:rsidR="00BC7B60" w:rsidRDefault="00000000" w:rsidP="00BC7B60">
      <w:pPr>
        <w:pStyle w:val="Ttulo1"/>
        <w:jc w:val="both"/>
        <w:rPr>
          <w:lang w:val="pt-PT"/>
        </w:rPr>
      </w:pPr>
      <w:r w:rsidRPr="00BC7B60">
        <w:rPr>
          <w:lang w:val="pt-PT"/>
        </w:rPr>
        <w:t>Objetivos de aprendizagem</w:t>
      </w:r>
    </w:p>
    <w:p w14:paraId="1F5503A2" w14:textId="77777777" w:rsidR="00BC7B60" w:rsidRDefault="00000000" w:rsidP="00BC7B60">
      <w:pPr>
        <w:pStyle w:val="PargrafodaLista"/>
        <w:numPr>
          <w:ilvl w:val="0"/>
          <w:numId w:val="11"/>
        </w:numPr>
        <w:jc w:val="both"/>
        <w:rPr>
          <w:lang w:val="pt-PT"/>
        </w:rPr>
      </w:pPr>
      <w:r w:rsidRPr="00BC7B60">
        <w:rPr>
          <w:lang w:val="pt-PT"/>
        </w:rPr>
        <w:t>Compreender vocabulário relacionado com locais e pontos turísticos urbanos.</w:t>
      </w:r>
    </w:p>
    <w:p w14:paraId="203A8319" w14:textId="77777777" w:rsidR="00BC7B60" w:rsidRDefault="00000000" w:rsidP="00BC7B60">
      <w:pPr>
        <w:pStyle w:val="PargrafodaLista"/>
        <w:numPr>
          <w:ilvl w:val="0"/>
          <w:numId w:val="11"/>
        </w:numPr>
        <w:jc w:val="both"/>
        <w:rPr>
          <w:lang w:val="pt-PT"/>
        </w:rPr>
      </w:pPr>
      <w:r w:rsidRPr="00BC7B60">
        <w:rPr>
          <w:lang w:val="pt-PT"/>
        </w:rPr>
        <w:t>Compreender e aplicar estruturas para dar direções com imperativo formal.</w:t>
      </w:r>
    </w:p>
    <w:p w14:paraId="22873C1D" w14:textId="17B8C2FD" w:rsidR="00E9197A" w:rsidRPr="00BC7B60" w:rsidRDefault="00000000" w:rsidP="00BC7B60">
      <w:pPr>
        <w:pStyle w:val="PargrafodaLista"/>
        <w:numPr>
          <w:ilvl w:val="0"/>
          <w:numId w:val="11"/>
        </w:numPr>
        <w:jc w:val="both"/>
        <w:rPr>
          <w:lang w:val="pt-PT"/>
        </w:rPr>
      </w:pPr>
      <w:r w:rsidRPr="00BC7B60">
        <w:rPr>
          <w:lang w:val="pt-PT"/>
        </w:rPr>
        <w:t>Participar numa simulação funcional de interação num posto de informação turística.</w:t>
      </w:r>
    </w:p>
    <w:p w14:paraId="3919FB87" w14:textId="77777777" w:rsidR="00E9197A" w:rsidRPr="00BC7B60" w:rsidRDefault="00000000" w:rsidP="00BC7B60">
      <w:pPr>
        <w:pStyle w:val="Ttulo1"/>
        <w:jc w:val="both"/>
        <w:rPr>
          <w:lang w:val="pt-PT"/>
        </w:rPr>
      </w:pPr>
      <w:r w:rsidRPr="00BC7B60">
        <w:rPr>
          <w:lang w:val="pt-PT"/>
        </w:rPr>
        <w:t>Descrição da Atividade</w:t>
      </w:r>
    </w:p>
    <w:p w14:paraId="4881C49C" w14:textId="17350367" w:rsidR="00BC7B60" w:rsidRDefault="00BC7B60" w:rsidP="00BC7B60">
      <w:pPr>
        <w:jc w:val="both"/>
        <w:rPr>
          <w:lang w:val="pt-PT"/>
        </w:rPr>
      </w:pPr>
      <w:r w:rsidRPr="00BC7B60">
        <w:rPr>
          <w:lang w:val="pt-PT"/>
        </w:rPr>
        <w:drawing>
          <wp:anchor distT="0" distB="0" distL="114300" distR="114300" simplePos="0" relativeHeight="251658240" behindDoc="0" locked="0" layoutInCell="1" allowOverlap="1" wp14:anchorId="6EE3B4B5" wp14:editId="1141E7DF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5486400" cy="3894455"/>
            <wp:effectExtent l="0" t="0" r="0" b="0"/>
            <wp:wrapSquare wrapText="bothSides"/>
            <wp:docPr id="1705820634" name="Imagem 1" descr="Uma imagem com texto, captura de ecrã, map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20634" name="Imagem 1" descr="Uma imagem com texto, captura de ecrã, mapa&#10;&#10;Os conteúdos gerados por IA poderão estar incorretos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BC7B60">
        <w:rPr>
          <w:lang w:val="pt-PT"/>
        </w:rPr>
        <w:br/>
        <w:t xml:space="preserve">A atividade baseia-se no </w:t>
      </w:r>
      <w:r w:rsidR="0010728A">
        <w:rPr>
          <w:lang w:val="pt-PT"/>
        </w:rPr>
        <w:t>mapa</w:t>
      </w:r>
      <w:r w:rsidR="00000000" w:rsidRPr="00BC7B60">
        <w:rPr>
          <w:lang w:val="pt-PT"/>
        </w:rPr>
        <w:t xml:space="preserve"> da cidade de Cuzco. </w:t>
      </w:r>
    </w:p>
    <w:p w14:paraId="623F386E" w14:textId="447B72A2" w:rsidR="00BC7B60" w:rsidRDefault="00000000" w:rsidP="00BC7B60">
      <w:pPr>
        <w:jc w:val="both"/>
        <w:rPr>
          <w:lang w:val="pt-PT"/>
        </w:rPr>
      </w:pPr>
      <w:r w:rsidRPr="00BC7B60">
        <w:rPr>
          <w:lang w:val="pt-PT"/>
        </w:rPr>
        <w:lastRenderedPageBreak/>
        <w:t xml:space="preserve">O formando deverá observar o mapa e completar </w:t>
      </w:r>
      <w:r w:rsidR="000F66D3">
        <w:rPr>
          <w:lang w:val="pt-PT"/>
        </w:rPr>
        <w:t>quatro</w:t>
      </w:r>
      <w:r w:rsidRPr="00BC7B60">
        <w:rPr>
          <w:lang w:val="pt-PT"/>
        </w:rPr>
        <w:t xml:space="preserve"> tarefas:</w:t>
      </w:r>
    </w:p>
    <w:p w14:paraId="705560BF" w14:textId="65AFC596" w:rsidR="000F66D3" w:rsidRPr="000F66D3" w:rsidRDefault="00000000" w:rsidP="00BC7B60">
      <w:pPr>
        <w:jc w:val="both"/>
        <w:rPr>
          <w:b/>
          <w:bCs/>
          <w:lang w:val="es-ES"/>
        </w:rPr>
      </w:pPr>
      <w:r w:rsidRPr="00845801">
        <w:rPr>
          <w:lang w:val="es-ES"/>
        </w:rPr>
        <w:br/>
      </w:r>
      <w:r w:rsidRPr="000F66D3">
        <w:rPr>
          <w:b/>
          <w:bCs/>
          <w:lang w:val="es-ES"/>
        </w:rPr>
        <w:t xml:space="preserve">1. </w:t>
      </w:r>
      <w:r w:rsidR="000F66D3" w:rsidRPr="000F66D3">
        <w:rPr>
          <w:b/>
          <w:bCs/>
          <w:lang w:val="es-ES"/>
        </w:rPr>
        <w:t>Mire el plano de Cuzco y encuentre:</w:t>
      </w:r>
    </w:p>
    <w:p w14:paraId="40F43F0D" w14:textId="4F3F27C2" w:rsidR="000F66D3" w:rsidRPr="000F66D3" w:rsidRDefault="000F66D3" w:rsidP="000F66D3">
      <w:pPr>
        <w:pStyle w:val="PargrafodaLista"/>
        <w:numPr>
          <w:ilvl w:val="0"/>
          <w:numId w:val="13"/>
        </w:numPr>
        <w:jc w:val="both"/>
        <w:rPr>
          <w:lang w:val="es-ES"/>
        </w:rPr>
      </w:pPr>
      <w:r w:rsidRPr="000F66D3">
        <w:rPr>
          <w:lang w:val="es-ES"/>
        </w:rPr>
        <w:t>Una farmacia</w:t>
      </w:r>
    </w:p>
    <w:p w14:paraId="22A57CA5" w14:textId="688EBB40" w:rsidR="000F66D3" w:rsidRPr="000F66D3" w:rsidRDefault="000F66D3" w:rsidP="000F66D3">
      <w:pPr>
        <w:pStyle w:val="PargrafodaLista"/>
        <w:numPr>
          <w:ilvl w:val="0"/>
          <w:numId w:val="13"/>
        </w:numPr>
        <w:jc w:val="both"/>
        <w:rPr>
          <w:lang w:val="es-ES"/>
        </w:rPr>
      </w:pPr>
      <w:r w:rsidRPr="000F66D3">
        <w:rPr>
          <w:lang w:val="es-ES"/>
        </w:rPr>
        <w:t>Una posta sanitaria</w:t>
      </w:r>
    </w:p>
    <w:p w14:paraId="45481694" w14:textId="789B829C" w:rsidR="000F66D3" w:rsidRPr="000F66D3" w:rsidRDefault="000F66D3" w:rsidP="000F66D3">
      <w:pPr>
        <w:pStyle w:val="PargrafodaLista"/>
        <w:numPr>
          <w:ilvl w:val="0"/>
          <w:numId w:val="13"/>
        </w:numPr>
        <w:jc w:val="both"/>
        <w:rPr>
          <w:lang w:val="es-ES"/>
        </w:rPr>
      </w:pPr>
      <w:r w:rsidRPr="000F66D3">
        <w:rPr>
          <w:lang w:val="es-ES"/>
        </w:rPr>
        <w:t>La iglesia de San Francisco</w:t>
      </w:r>
    </w:p>
    <w:p w14:paraId="5A3A31D5" w14:textId="7577AA16" w:rsidR="000F66D3" w:rsidRPr="000F66D3" w:rsidRDefault="000F66D3" w:rsidP="000F66D3">
      <w:pPr>
        <w:pStyle w:val="PargrafodaLista"/>
        <w:numPr>
          <w:ilvl w:val="0"/>
          <w:numId w:val="13"/>
        </w:numPr>
        <w:jc w:val="both"/>
        <w:rPr>
          <w:lang w:val="es-ES"/>
        </w:rPr>
      </w:pPr>
      <w:r w:rsidRPr="000F66D3">
        <w:rPr>
          <w:lang w:val="es-ES"/>
        </w:rPr>
        <w:t>La oficina de correos</w:t>
      </w:r>
    </w:p>
    <w:p w14:paraId="4206C535" w14:textId="6E799CAC" w:rsidR="000F66D3" w:rsidRPr="000F66D3" w:rsidRDefault="000F66D3" w:rsidP="000F66D3">
      <w:pPr>
        <w:pStyle w:val="PargrafodaLista"/>
        <w:numPr>
          <w:ilvl w:val="0"/>
          <w:numId w:val="13"/>
        </w:numPr>
        <w:jc w:val="both"/>
        <w:rPr>
          <w:lang w:val="es-ES"/>
        </w:rPr>
      </w:pPr>
      <w:r w:rsidRPr="000F66D3">
        <w:rPr>
          <w:lang w:val="es-ES"/>
        </w:rPr>
        <w:t>El Museo de Arte</w:t>
      </w:r>
    </w:p>
    <w:p w14:paraId="2399B798" w14:textId="372B7A38" w:rsidR="000F66D3" w:rsidRPr="000F66D3" w:rsidRDefault="000F66D3" w:rsidP="00BC7B60">
      <w:pPr>
        <w:jc w:val="both"/>
        <w:rPr>
          <w:lang w:val="es-ES"/>
        </w:rPr>
      </w:pPr>
    </w:p>
    <w:p w14:paraId="6CDAFD57" w14:textId="58B093BA" w:rsidR="00845801" w:rsidRDefault="00845801" w:rsidP="00BC7B60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object w:dxaOrig="1477" w:dyaOrig="816" w14:anchorId="4D232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3.5pt;height:40.5pt" o:ole="">
            <v:imagedata r:id="rId7" o:title=""/>
          </v:shape>
          <o:OLEObject Type="Embed" ProgID="Package" ShapeID="_x0000_i1040" DrawAspect="Content" ObjectID="_1810242988" r:id="rId8"/>
        </w:object>
      </w:r>
    </w:p>
    <w:p w14:paraId="6F13FB32" w14:textId="354903CA" w:rsidR="00BC7B60" w:rsidRPr="0010728A" w:rsidRDefault="000F66D3" w:rsidP="00BC7B60">
      <w:pPr>
        <w:jc w:val="both"/>
        <w:rPr>
          <w:lang w:val="es-ES"/>
        </w:rPr>
      </w:pPr>
      <w:r w:rsidRPr="0010728A">
        <w:rPr>
          <w:b/>
          <w:bCs/>
          <w:lang w:val="es-ES"/>
        </w:rPr>
        <w:t xml:space="preserve">2. </w:t>
      </w:r>
      <w:r w:rsidR="0010728A" w:rsidRPr="0010728A">
        <w:rPr>
          <w:b/>
          <w:bCs/>
          <w:lang w:val="es-ES"/>
        </w:rPr>
        <w:t>Escuch</w:t>
      </w:r>
      <w:r w:rsidR="0010728A">
        <w:rPr>
          <w:b/>
          <w:bCs/>
          <w:lang w:val="es-ES"/>
        </w:rPr>
        <w:t>e</w:t>
      </w:r>
      <w:r w:rsidR="0010728A" w:rsidRPr="0010728A">
        <w:rPr>
          <w:b/>
          <w:bCs/>
          <w:lang w:val="es-ES"/>
        </w:rPr>
        <w:t xml:space="preserve"> el audio 75 y sigue el recorrido en el mapa:</w:t>
      </w:r>
    </w:p>
    <w:p w14:paraId="05675201" w14:textId="0489B9A9" w:rsidR="00BC7B60" w:rsidRPr="0010728A" w:rsidRDefault="00000000" w:rsidP="00BC7B60">
      <w:pPr>
        <w:jc w:val="both"/>
        <w:rPr>
          <w:lang w:val="es-ES"/>
        </w:rPr>
      </w:pPr>
      <w:r w:rsidRPr="00BC7B60">
        <w:rPr>
          <w:lang w:val="es-ES"/>
        </w:rPr>
        <w:t xml:space="preserve">- Texto 1: Luis está en el hotel y quiere ir a la plaza de Armas.  </w:t>
      </w:r>
    </w:p>
    <w:p w14:paraId="3089BE73" w14:textId="6BDB0C13" w:rsidR="000F66D3" w:rsidRDefault="000F66D3" w:rsidP="000F66D3">
      <w:pPr>
        <w:jc w:val="center"/>
        <w:rPr>
          <w:lang w:val="pt-PT"/>
        </w:rPr>
      </w:pPr>
      <w:r>
        <w:rPr>
          <w:noProof/>
        </w:rPr>
        <w:drawing>
          <wp:inline distT="0" distB="0" distL="0" distR="0" wp14:anchorId="585A1B54" wp14:editId="1DF96D52">
            <wp:extent cx="4019550" cy="1835173"/>
            <wp:effectExtent l="0" t="0" r="0" b="0"/>
            <wp:docPr id="810535015" name="Imagem 1" descr="Imagem cr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m cri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0833" r="2952" b="14844"/>
                    <a:stretch/>
                  </pic:blipFill>
                  <pic:spPr bwMode="auto">
                    <a:xfrm>
                      <a:off x="0" y="0"/>
                      <a:ext cx="4029989" cy="18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1E9DF" w14:textId="7F6939F5" w:rsidR="0010728A" w:rsidRDefault="0010728A" w:rsidP="00BC7B60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3</w:t>
      </w:r>
      <w:r w:rsidR="00BC7B60" w:rsidRPr="0010728A">
        <w:rPr>
          <w:b/>
          <w:bCs/>
          <w:lang w:val="es-ES"/>
        </w:rPr>
        <w:t xml:space="preserve">. </w:t>
      </w:r>
      <w:r w:rsidRPr="0010728A">
        <w:rPr>
          <w:b/>
          <w:bCs/>
          <w:lang w:val="es-ES"/>
        </w:rPr>
        <w:t>Observ</w:t>
      </w:r>
      <w:r>
        <w:rPr>
          <w:b/>
          <w:bCs/>
          <w:lang w:val="es-ES"/>
        </w:rPr>
        <w:t>e</w:t>
      </w:r>
      <w:r w:rsidRPr="0010728A">
        <w:rPr>
          <w:b/>
          <w:bCs/>
          <w:lang w:val="es-ES"/>
        </w:rPr>
        <w:t xml:space="preserve"> el plano y complet</w:t>
      </w:r>
      <w:r>
        <w:rPr>
          <w:b/>
          <w:bCs/>
          <w:lang w:val="es-ES"/>
        </w:rPr>
        <w:t>e</w:t>
      </w:r>
      <w:r w:rsidRPr="0010728A">
        <w:rPr>
          <w:b/>
          <w:bCs/>
          <w:lang w:val="es-ES"/>
        </w:rPr>
        <w:t xml:space="preserve"> los diálogos con las indicaciones correctas</w:t>
      </w:r>
      <w:r w:rsidRPr="0010728A">
        <w:rPr>
          <w:lang w:val="es-ES"/>
        </w:rPr>
        <w:t xml:space="preserve">, utilizando vocabulario como: </w:t>
      </w:r>
      <w:r w:rsidRPr="0010728A">
        <w:rPr>
          <w:i/>
          <w:iCs/>
          <w:lang w:val="es-ES"/>
        </w:rPr>
        <w:t>"gire a la derecha"</w:t>
      </w:r>
      <w:r w:rsidRPr="0010728A">
        <w:rPr>
          <w:lang w:val="es-ES"/>
        </w:rPr>
        <w:t xml:space="preserve">, </w:t>
      </w:r>
      <w:r w:rsidRPr="0010728A">
        <w:rPr>
          <w:i/>
          <w:iCs/>
          <w:lang w:val="es-ES"/>
        </w:rPr>
        <w:t>"siga recto"</w:t>
      </w:r>
      <w:r w:rsidRPr="0010728A">
        <w:rPr>
          <w:lang w:val="es-ES"/>
        </w:rPr>
        <w:t xml:space="preserve">, </w:t>
      </w:r>
      <w:r w:rsidRPr="0010728A">
        <w:rPr>
          <w:i/>
          <w:iCs/>
          <w:lang w:val="es-ES"/>
        </w:rPr>
        <w:t>"tome la segunda calle"</w:t>
      </w:r>
      <w:r w:rsidRPr="0010728A">
        <w:rPr>
          <w:lang w:val="es-ES"/>
        </w:rPr>
        <w:t xml:space="preserve">, etc. Después, </w:t>
      </w:r>
      <w:r w:rsidRPr="0010728A">
        <w:rPr>
          <w:b/>
          <w:bCs/>
          <w:lang w:val="es-ES"/>
        </w:rPr>
        <w:t>escuch</w:t>
      </w:r>
      <w:r>
        <w:rPr>
          <w:b/>
          <w:bCs/>
          <w:lang w:val="es-ES"/>
        </w:rPr>
        <w:t>e</w:t>
      </w:r>
      <w:r w:rsidRPr="0010728A">
        <w:rPr>
          <w:b/>
          <w:bCs/>
          <w:lang w:val="es-ES"/>
        </w:rPr>
        <w:t xml:space="preserve"> el audio 76 y verifi</w:t>
      </w:r>
      <w:r>
        <w:rPr>
          <w:b/>
          <w:bCs/>
          <w:lang w:val="es-ES"/>
        </w:rPr>
        <w:t>que</w:t>
      </w:r>
      <w:r w:rsidRPr="0010728A"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>s</w:t>
      </w:r>
      <w:r w:rsidRPr="0010728A">
        <w:rPr>
          <w:b/>
          <w:bCs/>
          <w:lang w:val="es-ES"/>
        </w:rPr>
        <w:t>us respuestas.</w:t>
      </w:r>
    </w:p>
    <w:p w14:paraId="30C76AF9" w14:textId="6FFF9838" w:rsidR="00845801" w:rsidRPr="0010728A" w:rsidRDefault="00845801" w:rsidP="00BC7B60">
      <w:pPr>
        <w:jc w:val="both"/>
        <w:rPr>
          <w:lang w:val="es-ES"/>
        </w:rPr>
      </w:pPr>
      <w:r>
        <w:rPr>
          <w:lang w:val="es-ES"/>
        </w:rPr>
        <w:object w:dxaOrig="1477" w:dyaOrig="816" w14:anchorId="3B7F7E5A">
          <v:shape id="_x0000_i1041" type="#_x0000_t75" style="width:73.5pt;height:40.5pt" o:ole="">
            <v:imagedata r:id="rId10" o:title=""/>
          </v:shape>
          <o:OLEObject Type="Embed" ProgID="Package" ShapeID="_x0000_i1041" DrawAspect="Content" ObjectID="_1810242989" r:id="rId11"/>
        </w:object>
      </w:r>
    </w:p>
    <w:p w14:paraId="03001830" w14:textId="77777777" w:rsidR="00BC7B60" w:rsidRPr="00BC7B60" w:rsidRDefault="00BC7B60" w:rsidP="00BC7B60">
      <w:pPr>
        <w:jc w:val="both"/>
        <w:rPr>
          <w:lang w:val="pt-PT"/>
        </w:rPr>
      </w:pPr>
      <w:r w:rsidRPr="00BC7B60">
        <w:rPr>
          <w:b/>
          <w:bCs/>
          <w:lang w:val="pt-PT"/>
        </w:rPr>
        <w:t>1 Desde el hotel:</w:t>
      </w:r>
    </w:p>
    <w:p w14:paraId="35AC9B1E" w14:textId="77777777" w:rsidR="00BC7B60" w:rsidRPr="00BC7B60" w:rsidRDefault="00BC7B60" w:rsidP="00BC7B60">
      <w:pPr>
        <w:jc w:val="both"/>
        <w:rPr>
          <w:lang w:val="es-ES"/>
        </w:rPr>
      </w:pPr>
      <w:r w:rsidRPr="00BC7B60">
        <w:rPr>
          <w:lang w:val="es-ES"/>
        </w:rPr>
        <w:t xml:space="preserve">■ </w:t>
      </w:r>
      <w:r w:rsidRPr="00BC7B60">
        <w:rPr>
          <w:i/>
          <w:iCs/>
          <w:lang w:val="es-ES"/>
        </w:rPr>
        <w:t>Perdone, ¿puede decirme dónde está la farmacia más cercana?</w:t>
      </w:r>
    </w:p>
    <w:p w14:paraId="3830AC3A" w14:textId="52008A55" w:rsidR="00BC7B60" w:rsidRDefault="00BC7B60" w:rsidP="00BC7B60">
      <w:pPr>
        <w:jc w:val="both"/>
        <w:rPr>
          <w:lang w:val="es-ES"/>
        </w:rPr>
      </w:pPr>
      <w:r w:rsidRPr="00BC7B60">
        <w:rPr>
          <w:lang w:val="es-ES"/>
        </w:rPr>
        <w:t>● ________________ la calle Santo Domingo, gire la primera ________________ y, después, la primera _______________________.</w:t>
      </w:r>
    </w:p>
    <w:p w14:paraId="7F81AB71" w14:textId="77777777" w:rsidR="00BC7B60" w:rsidRPr="00BC7B60" w:rsidRDefault="00BC7B60" w:rsidP="00BC7B60">
      <w:pPr>
        <w:jc w:val="both"/>
        <w:rPr>
          <w:lang w:val="es-ES"/>
        </w:rPr>
      </w:pPr>
    </w:p>
    <w:p w14:paraId="3E4C0F9A" w14:textId="77777777" w:rsidR="00BC7B60" w:rsidRPr="00BC7B60" w:rsidRDefault="00BC7B60" w:rsidP="00BC7B60">
      <w:pPr>
        <w:jc w:val="both"/>
        <w:rPr>
          <w:lang w:val="es-ES"/>
        </w:rPr>
      </w:pPr>
      <w:r w:rsidRPr="00BC7B60">
        <w:rPr>
          <w:b/>
          <w:bCs/>
          <w:lang w:val="es-ES"/>
        </w:rPr>
        <w:lastRenderedPageBreak/>
        <w:t>2 Desde la iglesia de San Francisco:</w:t>
      </w:r>
    </w:p>
    <w:p w14:paraId="06FF5B52" w14:textId="77777777" w:rsidR="00BC7B60" w:rsidRPr="00BC7B60" w:rsidRDefault="00BC7B60" w:rsidP="00BC7B60">
      <w:pPr>
        <w:jc w:val="both"/>
        <w:rPr>
          <w:lang w:val="es-ES"/>
        </w:rPr>
      </w:pPr>
      <w:r w:rsidRPr="00BC7B60">
        <w:rPr>
          <w:lang w:val="es-ES"/>
        </w:rPr>
        <w:t xml:space="preserve">■ </w:t>
      </w:r>
      <w:r w:rsidRPr="00BC7B60">
        <w:rPr>
          <w:i/>
          <w:iCs/>
          <w:lang w:val="es-ES"/>
        </w:rPr>
        <w:t>Por favor, ¿puede decirme cómo se va a la iglesia de Santa Teresa?</w:t>
      </w:r>
    </w:p>
    <w:p w14:paraId="5329F578" w14:textId="09CE7F91" w:rsidR="00BC7B60" w:rsidRPr="00BC7B60" w:rsidRDefault="00BC7B60" w:rsidP="00BC7B60">
      <w:pPr>
        <w:jc w:val="both"/>
        <w:rPr>
          <w:lang w:val="es-ES"/>
        </w:rPr>
      </w:pPr>
      <w:r w:rsidRPr="00BC7B60">
        <w:rPr>
          <w:lang w:val="es-ES"/>
        </w:rPr>
        <w:t xml:space="preserve">● </w:t>
      </w:r>
      <w:r w:rsidRPr="00BC7B60">
        <w:rPr>
          <w:i/>
          <w:iCs/>
          <w:lang w:val="es-ES"/>
        </w:rPr>
        <w:t>Gire ________________, después tome la segunda calle ________________, la calle Nueva Alta, y al final de la calle, ________________________ está la iglesia de Santa Teresa.</w:t>
      </w:r>
    </w:p>
    <w:p w14:paraId="1F7CBD94" w14:textId="483C3984" w:rsidR="00BC7B60" w:rsidRPr="0010728A" w:rsidRDefault="00000000" w:rsidP="00BC7B60">
      <w:pPr>
        <w:jc w:val="both"/>
        <w:rPr>
          <w:b/>
          <w:bCs/>
          <w:lang w:val="es-ES"/>
        </w:rPr>
      </w:pPr>
      <w:r w:rsidRPr="0010728A">
        <w:rPr>
          <w:lang w:val="es-ES"/>
        </w:rPr>
        <w:br/>
      </w:r>
      <w:r w:rsidR="0010728A">
        <w:rPr>
          <w:b/>
          <w:bCs/>
          <w:lang w:val="es-ES"/>
        </w:rPr>
        <w:t>4</w:t>
      </w:r>
      <w:r w:rsidRPr="0010728A">
        <w:rPr>
          <w:b/>
          <w:bCs/>
          <w:lang w:val="es-ES"/>
        </w:rPr>
        <w:t xml:space="preserve">. </w:t>
      </w:r>
      <w:r w:rsidR="00477EE6">
        <w:rPr>
          <w:b/>
          <w:bCs/>
          <w:lang w:val="es-ES"/>
        </w:rPr>
        <w:t xml:space="preserve">Grave un audio </w:t>
      </w:r>
      <w:r w:rsidR="0010728A" w:rsidRPr="0010728A">
        <w:rPr>
          <w:b/>
          <w:bCs/>
          <w:lang w:val="es-ES"/>
        </w:rPr>
        <w:t xml:space="preserve">la respuesta a </w:t>
      </w:r>
      <w:r w:rsidR="00477EE6">
        <w:rPr>
          <w:b/>
          <w:bCs/>
          <w:lang w:val="es-ES"/>
        </w:rPr>
        <w:t xml:space="preserve">las siguientes </w:t>
      </w:r>
      <w:r w:rsidR="0010728A" w:rsidRPr="0010728A">
        <w:rPr>
          <w:b/>
          <w:bCs/>
          <w:lang w:val="es-ES"/>
        </w:rPr>
        <w:t>preguntas:</w:t>
      </w:r>
    </w:p>
    <w:p w14:paraId="26622343" w14:textId="77777777" w:rsidR="00BC7B60" w:rsidRDefault="00000000" w:rsidP="00BC7B60">
      <w:pPr>
        <w:jc w:val="both"/>
        <w:rPr>
          <w:lang w:val="es-ES"/>
        </w:rPr>
      </w:pPr>
      <w:r w:rsidRPr="00BC7B60">
        <w:rPr>
          <w:lang w:val="es-ES"/>
        </w:rPr>
        <w:t>- ¿Puede decirme dónde está la catedral?</w:t>
      </w:r>
    </w:p>
    <w:p w14:paraId="13F91B42" w14:textId="56977F8D" w:rsidR="00BC7B60" w:rsidRDefault="00000000" w:rsidP="00BC7B60">
      <w:pPr>
        <w:jc w:val="both"/>
        <w:rPr>
          <w:lang w:val="es-ES"/>
        </w:rPr>
      </w:pPr>
      <w:r w:rsidRPr="00BC7B60">
        <w:rPr>
          <w:lang w:val="es-ES"/>
        </w:rPr>
        <w:t>- ¿Cómo se va a la plaza de Armas?</w:t>
      </w:r>
    </w:p>
    <w:p w14:paraId="6C841BF3" w14:textId="71D66BF7" w:rsidR="00BC7B60" w:rsidRDefault="00BC7B60" w:rsidP="00BC7B60">
      <w:pPr>
        <w:jc w:val="both"/>
        <w:rPr>
          <w:lang w:val="es-ES"/>
        </w:rPr>
      </w:pPr>
      <w:r>
        <w:rPr>
          <w:lang w:val="es-ES"/>
        </w:rPr>
        <w:t xml:space="preserve">- </w:t>
      </w:r>
      <w:r w:rsidRPr="00BC7B60">
        <w:rPr>
          <w:lang w:val="es-ES"/>
        </w:rPr>
        <w:t>¿</w:t>
      </w:r>
      <w:r>
        <w:rPr>
          <w:lang w:val="es-ES"/>
        </w:rPr>
        <w:t>Qué iglesias me sugiere visitar?</w:t>
      </w:r>
    </w:p>
    <w:p w14:paraId="6881C891" w14:textId="6A8FE28A" w:rsidR="00BC7B60" w:rsidRPr="00BC7B60" w:rsidRDefault="00BC7B60" w:rsidP="00BC7B60">
      <w:pPr>
        <w:jc w:val="both"/>
        <w:rPr>
          <w:lang w:val="es-ES"/>
        </w:rPr>
      </w:pPr>
      <w:r>
        <w:rPr>
          <w:lang w:val="es-ES"/>
        </w:rPr>
        <w:t xml:space="preserve">- </w:t>
      </w:r>
      <w:r w:rsidRPr="00BC7B60">
        <w:rPr>
          <w:lang w:val="es-ES"/>
        </w:rPr>
        <w:t>¿</w:t>
      </w:r>
      <w:r>
        <w:rPr>
          <w:lang w:val="es-ES"/>
        </w:rPr>
        <w:t>Qué museos me recomienda?</w:t>
      </w:r>
    </w:p>
    <w:p w14:paraId="27366E68" w14:textId="77777777" w:rsidR="00E9197A" w:rsidRPr="00BC7B60" w:rsidRDefault="00000000" w:rsidP="00BC7B60">
      <w:pPr>
        <w:pStyle w:val="Ttulo1"/>
        <w:jc w:val="both"/>
        <w:rPr>
          <w:lang w:val="es-ES"/>
        </w:rPr>
      </w:pPr>
      <w:r w:rsidRPr="00BC7B60">
        <w:rPr>
          <w:lang w:val="es-ES"/>
        </w:rPr>
        <w:t>Recursos</w:t>
      </w:r>
    </w:p>
    <w:p w14:paraId="01A5CFCC" w14:textId="04063A97" w:rsidR="00BC7B60" w:rsidRDefault="00000000" w:rsidP="00BC7B60">
      <w:pPr>
        <w:jc w:val="both"/>
        <w:rPr>
          <w:lang w:val="pt-PT"/>
        </w:rPr>
      </w:pPr>
      <w:r w:rsidRPr="000F66D3">
        <w:rPr>
          <w:lang w:val="pt-PT"/>
        </w:rPr>
        <w:br/>
      </w:r>
      <w:r w:rsidRPr="00BC7B60">
        <w:rPr>
          <w:lang w:val="pt-PT"/>
        </w:rPr>
        <w:t xml:space="preserve">- </w:t>
      </w:r>
      <w:r w:rsidR="000F66D3">
        <w:rPr>
          <w:lang w:val="pt-PT"/>
        </w:rPr>
        <w:t>Mapa da cidade.</w:t>
      </w:r>
    </w:p>
    <w:p w14:paraId="5E45C8C8" w14:textId="32E999DD" w:rsidR="00BC7B60" w:rsidRDefault="00000000" w:rsidP="00BC7B60">
      <w:pPr>
        <w:jc w:val="both"/>
        <w:rPr>
          <w:lang w:val="pt-PT"/>
        </w:rPr>
      </w:pPr>
      <w:r w:rsidRPr="00BC7B60">
        <w:rPr>
          <w:lang w:val="pt-PT"/>
        </w:rPr>
        <w:t xml:space="preserve">- </w:t>
      </w:r>
      <w:r w:rsidR="000F66D3">
        <w:rPr>
          <w:lang w:val="pt-PT"/>
        </w:rPr>
        <w:t>V</w:t>
      </w:r>
      <w:r w:rsidRPr="00BC7B60">
        <w:rPr>
          <w:lang w:val="pt-PT"/>
        </w:rPr>
        <w:t>ocabulário de orientação (girar, seguir, tomar…).</w:t>
      </w:r>
    </w:p>
    <w:p w14:paraId="5218BD9A" w14:textId="797655F7" w:rsidR="00BC7B60" w:rsidRDefault="00000000" w:rsidP="00BC7B60">
      <w:pPr>
        <w:jc w:val="both"/>
        <w:rPr>
          <w:lang w:val="pt-PT"/>
        </w:rPr>
      </w:pPr>
      <w:r w:rsidRPr="00BC7B60">
        <w:rPr>
          <w:lang w:val="pt-PT"/>
        </w:rPr>
        <w:t xml:space="preserve">- </w:t>
      </w:r>
      <w:r w:rsidR="000F66D3">
        <w:rPr>
          <w:lang w:val="pt-PT"/>
        </w:rPr>
        <w:t>D</w:t>
      </w:r>
      <w:r w:rsidRPr="00BC7B60">
        <w:rPr>
          <w:lang w:val="pt-PT"/>
        </w:rPr>
        <w:t>iálogo modelo.</w:t>
      </w:r>
    </w:p>
    <w:p w14:paraId="094040BA" w14:textId="7CF5D4C2" w:rsidR="00BC7B60" w:rsidRPr="00BC7B60" w:rsidRDefault="00000000" w:rsidP="00BC7B60">
      <w:pPr>
        <w:jc w:val="both"/>
        <w:rPr>
          <w:lang w:val="pt-PT"/>
        </w:rPr>
      </w:pPr>
      <w:r w:rsidRPr="00BC7B60">
        <w:rPr>
          <w:lang w:val="pt-PT"/>
        </w:rPr>
        <w:t xml:space="preserve">- </w:t>
      </w:r>
      <w:r w:rsidR="000F66D3">
        <w:rPr>
          <w:lang w:val="pt-PT"/>
        </w:rPr>
        <w:t xml:space="preserve">Áudios incorporados </w:t>
      </w:r>
      <w:r w:rsidRPr="00BC7B60">
        <w:rPr>
          <w:lang w:val="pt-PT"/>
        </w:rPr>
        <w:t>na plataforma (exercício</w:t>
      </w:r>
      <w:r w:rsidR="000F66D3">
        <w:rPr>
          <w:lang w:val="pt-PT"/>
        </w:rPr>
        <w:t>s</w:t>
      </w:r>
      <w:r w:rsidRPr="00BC7B60">
        <w:rPr>
          <w:lang w:val="pt-PT"/>
        </w:rPr>
        <w:t xml:space="preserve"> </w:t>
      </w:r>
      <w:r w:rsidR="000F66D3">
        <w:rPr>
          <w:lang w:val="pt-PT"/>
        </w:rPr>
        <w:t>1 e 2</w:t>
      </w:r>
      <w:r w:rsidRPr="00BC7B60">
        <w:rPr>
          <w:lang w:val="pt-PT"/>
        </w:rPr>
        <w:t>).</w:t>
      </w:r>
    </w:p>
    <w:p w14:paraId="3405A30D" w14:textId="77777777" w:rsidR="00E9197A" w:rsidRPr="00BC7B60" w:rsidRDefault="00000000" w:rsidP="00BC7B60">
      <w:pPr>
        <w:pStyle w:val="Ttulo1"/>
        <w:jc w:val="both"/>
        <w:rPr>
          <w:lang w:val="pt-PT"/>
        </w:rPr>
      </w:pPr>
      <w:r w:rsidRPr="00BC7B60">
        <w:rPr>
          <w:lang w:val="pt-PT"/>
        </w:rPr>
        <w:t>Avaliação</w:t>
      </w:r>
    </w:p>
    <w:p w14:paraId="0DFF0259" w14:textId="77777777" w:rsidR="000F66D3" w:rsidRPr="000F66D3" w:rsidRDefault="00000000" w:rsidP="000F66D3">
      <w:pPr>
        <w:jc w:val="both"/>
        <w:rPr>
          <w:lang w:val="pt-PT"/>
        </w:rPr>
      </w:pPr>
      <w:r w:rsidRPr="00BC7B60">
        <w:rPr>
          <w:lang w:val="pt-PT"/>
        </w:rPr>
        <w:br/>
      </w:r>
      <w:r w:rsidR="000F66D3" w:rsidRPr="000F66D3">
        <w:rPr>
          <w:lang w:val="pt-PT"/>
        </w:rPr>
        <w:t>A avaliação da atividade será realizada com base nos seguintes critérios:</w:t>
      </w:r>
    </w:p>
    <w:p w14:paraId="157F1C74" w14:textId="0EB8118B" w:rsidR="00845801" w:rsidRPr="00845801" w:rsidRDefault="00845801" w:rsidP="00845801">
      <w:pPr>
        <w:pStyle w:val="PargrafodaLista"/>
        <w:numPr>
          <w:ilvl w:val="0"/>
          <w:numId w:val="14"/>
        </w:numPr>
        <w:jc w:val="both"/>
        <w:rPr>
          <w:b/>
          <w:bCs/>
          <w:lang w:val="pt-PT"/>
        </w:rPr>
      </w:pPr>
      <w:r w:rsidRPr="00845801">
        <w:rPr>
          <w:b/>
          <w:bCs/>
          <w:lang w:val="pt-PT"/>
        </w:rPr>
        <w:t xml:space="preserve">Correção da língua: </w:t>
      </w:r>
      <w:r w:rsidRPr="00845801">
        <w:rPr>
          <w:lang w:val="pt-PT"/>
        </w:rPr>
        <w:t xml:space="preserve">uso correto da gramática e do vocabulário relacionado com indicações turísticas – </w:t>
      </w:r>
      <w:r w:rsidRPr="00845801">
        <w:rPr>
          <w:b/>
          <w:bCs/>
          <w:lang w:val="pt-PT"/>
        </w:rPr>
        <w:t>40%</w:t>
      </w:r>
    </w:p>
    <w:p w14:paraId="487350D4" w14:textId="49776AB9" w:rsidR="00845801" w:rsidRPr="00845801" w:rsidRDefault="00845801" w:rsidP="00845801">
      <w:pPr>
        <w:pStyle w:val="PargrafodaLista"/>
        <w:numPr>
          <w:ilvl w:val="0"/>
          <w:numId w:val="14"/>
        </w:numPr>
        <w:jc w:val="both"/>
        <w:rPr>
          <w:b/>
          <w:bCs/>
          <w:lang w:val="pt-PT"/>
        </w:rPr>
      </w:pPr>
      <w:r w:rsidRPr="00845801">
        <w:rPr>
          <w:b/>
          <w:bCs/>
          <w:lang w:val="pt-PT"/>
        </w:rPr>
        <w:t xml:space="preserve">Uso adequado das estruturas: </w:t>
      </w:r>
      <w:r w:rsidRPr="00845801">
        <w:rPr>
          <w:lang w:val="pt-PT"/>
        </w:rPr>
        <w:t xml:space="preserve">sabe dar direções com os verbos no imperativo, usar bem as preposições e o vocabulário aprendido – </w:t>
      </w:r>
      <w:r w:rsidRPr="00845801">
        <w:rPr>
          <w:b/>
          <w:bCs/>
          <w:lang w:val="pt-PT"/>
        </w:rPr>
        <w:t>30%</w:t>
      </w:r>
    </w:p>
    <w:p w14:paraId="0AF0A1D2" w14:textId="7BECDB7F" w:rsidR="00845801" w:rsidRPr="00845801" w:rsidRDefault="00845801" w:rsidP="00845801">
      <w:pPr>
        <w:pStyle w:val="PargrafodaLista"/>
        <w:numPr>
          <w:ilvl w:val="0"/>
          <w:numId w:val="14"/>
        </w:numPr>
        <w:jc w:val="both"/>
        <w:rPr>
          <w:b/>
          <w:bCs/>
          <w:lang w:val="pt-PT"/>
        </w:rPr>
      </w:pPr>
      <w:r w:rsidRPr="00845801">
        <w:rPr>
          <w:b/>
          <w:bCs/>
          <w:lang w:val="pt-PT"/>
        </w:rPr>
        <w:t xml:space="preserve">Clareza da mensagem: </w:t>
      </w:r>
      <w:r w:rsidRPr="00845801">
        <w:rPr>
          <w:lang w:val="pt-PT"/>
        </w:rPr>
        <w:t xml:space="preserve">as instruções são fáceis de perceber e úteis para quem ouve ou lê </w:t>
      </w:r>
      <w:r w:rsidRPr="00845801">
        <w:rPr>
          <w:b/>
          <w:bCs/>
          <w:lang w:val="pt-PT"/>
        </w:rPr>
        <w:t>– 30%</w:t>
      </w:r>
    </w:p>
    <w:p w14:paraId="11AC3D4F" w14:textId="65AF78DA" w:rsidR="00BC7B60" w:rsidRPr="00BC7B60" w:rsidRDefault="00BC7B60" w:rsidP="000F66D3">
      <w:pPr>
        <w:jc w:val="both"/>
        <w:rPr>
          <w:lang w:val="pt-PT"/>
        </w:rPr>
      </w:pPr>
    </w:p>
    <w:sectPr w:rsidR="00BC7B60" w:rsidRPr="00BC7B6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34673F4"/>
    <w:multiLevelType w:val="hybridMultilevel"/>
    <w:tmpl w:val="6E0E8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91D77"/>
    <w:multiLevelType w:val="multilevel"/>
    <w:tmpl w:val="2F52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46CBD"/>
    <w:multiLevelType w:val="hybridMultilevel"/>
    <w:tmpl w:val="ACEC6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91EE7"/>
    <w:multiLevelType w:val="hybridMultilevel"/>
    <w:tmpl w:val="7F7C4B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97FD3"/>
    <w:multiLevelType w:val="hybridMultilevel"/>
    <w:tmpl w:val="50949B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26714">
    <w:abstractNumId w:val="8"/>
  </w:num>
  <w:num w:numId="2" w16cid:durableId="1383284444">
    <w:abstractNumId w:val="6"/>
  </w:num>
  <w:num w:numId="3" w16cid:durableId="371393174">
    <w:abstractNumId w:val="5"/>
  </w:num>
  <w:num w:numId="4" w16cid:durableId="103311109">
    <w:abstractNumId w:val="4"/>
  </w:num>
  <w:num w:numId="5" w16cid:durableId="1252465405">
    <w:abstractNumId w:val="7"/>
  </w:num>
  <w:num w:numId="6" w16cid:durableId="804155005">
    <w:abstractNumId w:val="3"/>
  </w:num>
  <w:num w:numId="7" w16cid:durableId="1937637829">
    <w:abstractNumId w:val="2"/>
  </w:num>
  <w:num w:numId="8" w16cid:durableId="188185569">
    <w:abstractNumId w:val="1"/>
  </w:num>
  <w:num w:numId="9" w16cid:durableId="808595111">
    <w:abstractNumId w:val="0"/>
  </w:num>
  <w:num w:numId="10" w16cid:durableId="590353057">
    <w:abstractNumId w:val="12"/>
  </w:num>
  <w:num w:numId="11" w16cid:durableId="723601384">
    <w:abstractNumId w:val="11"/>
  </w:num>
  <w:num w:numId="12" w16cid:durableId="1122916882">
    <w:abstractNumId w:val="10"/>
  </w:num>
  <w:num w:numId="13" w16cid:durableId="447821004">
    <w:abstractNumId w:val="9"/>
  </w:num>
  <w:num w:numId="14" w16cid:durableId="20324868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F66D3"/>
    <w:rsid w:val="0010728A"/>
    <w:rsid w:val="0015074B"/>
    <w:rsid w:val="0029639D"/>
    <w:rsid w:val="00326F90"/>
    <w:rsid w:val="00477EE6"/>
    <w:rsid w:val="006D7254"/>
    <w:rsid w:val="00845801"/>
    <w:rsid w:val="00AA1D8D"/>
    <w:rsid w:val="00B47730"/>
    <w:rsid w:val="00BB151F"/>
    <w:rsid w:val="00BC7B60"/>
    <w:rsid w:val="00CB0664"/>
    <w:rsid w:val="00E9197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F906DB"/>
  <w14:defaultImageDpi w14:val="300"/>
  <w15:docId w15:val="{AC1AD7ED-6F69-4AC8-87CE-596E205A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te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te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elha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0F66D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363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Maria Araujo</cp:lastModifiedBy>
  <cp:revision>3</cp:revision>
  <dcterms:created xsi:type="dcterms:W3CDTF">2025-05-31T23:28:00Z</dcterms:created>
  <dcterms:modified xsi:type="dcterms:W3CDTF">2025-05-31T23:30:00Z</dcterms:modified>
  <cp:category/>
</cp:coreProperties>
</file>